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Application for Wrong Bank Transaction Reversal</w:t>
      </w:r>
    </w:p>
    <w:p>
      <w:r>
        <w:t>----- ENGLISH APPLICATION FORMAT -----</w:t>
        <w:br/>
      </w:r>
    </w:p>
    <w:p>
      <w:r>
        <w:t>To,</w:t>
        <w:br/>
        <w:t>The Branch Manager,</w:t>
        <w:br/>
        <w:t>[Bank Name]</w:t>
        <w:br/>
        <w:t>[Branch Name]</w:t>
        <w:br/>
        <w:br/>
        <w:t>Subject: Request for reversal of wrong fund transfer of Rs. [Amount]</w:t>
        <w:br/>
        <w:br/>
        <w:t>Sir/Madam,</w:t>
        <w:br/>
        <w:br/>
        <w:t>I hold a savings account in your branch with Account Number [Your Account No].</w:t>
        <w:br/>
        <w:br/>
        <w:t>I am writing to inform you that on [Date], I accidentally transferred Rs. [Amount] to a wrong beneficiary account via [UPI / Net Banking]. The details of the transaction are as follows:</w:t>
        <w:br/>
        <w:br/>
        <w:t>Transaction Date: [Date]</w:t>
        <w:br/>
        <w:t>Transaction Amount: Rs. [Amount]</w:t>
        <w:br/>
        <w:t>UTR / Reference Number: [UTR Number]</w:t>
        <w:br/>
        <w:t>Wrong Beneficiary Details (If known): [Wrong Account No]</w:t>
        <w:br/>
        <w:br/>
        <w:t>I request you to kindly initiate the Chargeback process and contact the beneficiary bank to reverse the amount to my account at the earliest.</w:t>
        <w:br/>
        <w:br/>
        <w:t>Thanking You,</w:t>
        <w:br/>
        <w:br/>
        <w:t>Yours sincerely,</w:t>
        <w:br/>
        <w:t>[Your Name]</w:t>
        <w:br/>
        <w:t>[Mobile Number]</w:t>
        <w:br/>
        <w:t>Signature: ___________</w:t>
        <w:br/>
      </w:r>
    </w:p>
    <w:p>
      <w:r>
        <w:br w:type="page"/>
      </w:r>
    </w:p>
    <w:p>
      <w:r>
        <w:t>----- हिंदी आवेदन प्रारूप -----</w:t>
        <w:br/>
      </w:r>
    </w:p>
    <w:p>
      <w:r>
        <w:t>सेवा में,</w:t>
        <w:br/>
        <w:t>शाखा प्रबंधक महोदय,</w:t>
        <w:br/>
        <w:t>[बैंक का नाम]</w:t>
        <w:br/>
        <w:t>[शाखा का नाम]</w:t>
        <w:br/>
        <w:br/>
        <w:t>विषय: गलती से किए गए बैंक ट्रांजैक्शन को वापस कराने हेतु आवेदन</w:t>
        <w:br/>
        <w:br/>
        <w:t>महोदय,</w:t>
        <w:br/>
        <w:br/>
        <w:t>सविनय निवेदन है कि मेरा आपकी शाखा में बचत खाता है, जिसकी संख्या [खाता संख्या] है।</w:t>
        <w:br/>
        <w:br/>
        <w:t>दिनांक [तारीख] को मुझसे भूलवश Rs. [राशि] का ट्रांजैक्शन [UPI / Net Banking] के माध्यम से गलत खाते में हो गया है।</w:t>
        <w:br/>
        <w:br/>
        <w:t>उक्त ट्रांजैक्शन का UTR / Reference Number [UTR नंबर] है।</w:t>
        <w:br/>
        <w:br/>
        <w:t>अतः आपसे अनुरोध है कि कृपया चार्जबैक प्रक्रिया शुरू कर उक्त राशि वापस कराने की कृपा करें।</w:t>
        <w:br/>
        <w:br/>
        <w:t>धन्यवाद,</w:t>
        <w:br/>
        <w:br/>
        <w:t>भवदीय,</w:t>
        <w:br/>
        <w:t>[आपका नाम]</w:t>
        <w:br/>
        <w:t>[मोबाइल नंबर]</w:t>
        <w:br/>
        <w:t>हस्ताक्षर: 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