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ATM Failed Transaction Complaint Letters</w:t>
      </w:r>
    </w:p>
    <w:p>
      <w:pPr>
        <w:pStyle w:val="Heading2"/>
      </w:pPr>
      <w:r>
        <w:t>1. English Complaint Letter</w:t>
      </w:r>
    </w:p>
    <w:p>
      <w:r>
        <w:br/>
        <w:t>To,</w:t>
        <w:br/>
        <w:t>The Branch Manager,</w:t>
        <w:br/>
        <w:t>[Name of Your Bank],</w:t>
        <w:br/>
        <w:t>[Branch Name / City]</w:t>
        <w:br/>
        <w:br/>
        <w:t>Date: [DD/MM/YYYY]</w:t>
        <w:br/>
        <w:br/>
        <w:t>Subject: Complaint regarding failed ATM transaction but amount debited</w:t>
        <w:br/>
        <w:br/>
        <w:t>Respected Sir/Madam,</w:t>
        <w:br/>
        <w:br/>
        <w:t>I am maintaining a Savings Account in your branch bearing Account Number [Your Account Number].</w:t>
        <w:br/>
        <w:br/>
        <w:t>I would like to bring to your notice that on [Date], I attempted to withdraw Rs. [Amount] from the [Name of ATM Bank] ATM located at [Location]. However, the cash was not dispensed by the ATM, while the amount has been debited from my account.</w:t>
        <w:br/>
        <w:br/>
        <w:t>Transaction Details:</w:t>
        <w:br/>
        <w:t>Date: [Date]</w:t>
        <w:br/>
        <w:t>Time: [Time]</w:t>
        <w:br/>
        <w:t>Card Number: [xxxx-xxxx-xxxx-1234]</w:t>
        <w:br/>
        <w:t>Amount Debited: Rs. [Amount]</w:t>
        <w:br/>
        <w:br/>
        <w:t>As per RBI guidelines, if the failed ATM transaction amount is not auto-reversed within T+5 working days, the bank is liable to pay a penalty of Rs. 100 per day.</w:t>
        <w:br/>
        <w:br/>
        <w:t>I therefore request you to kindly verify the transaction at the earliest and arrange for the refund of the debited amount along with the applicable penalty, if any.</w:t>
        <w:br/>
        <w:br/>
        <w:t>Thanking you.</w:t>
        <w:br/>
        <w:br/>
        <w:t>Yours faithfully,</w:t>
        <w:br/>
        <w:t>[Your Name]</w:t>
        <w:br/>
        <w:t>[Mobile Number]</w:t>
        <w:br/>
      </w:r>
    </w:p>
    <w:p>
      <w:pPr>
        <w:pStyle w:val="Heading2"/>
      </w:pPr>
      <w:r>
        <w:t>2. Hindi Complaint Letter</w:t>
      </w:r>
    </w:p>
    <w:p>
      <w:r>
        <w:br/>
        <w:t>सेवा में,</w:t>
        <w:br/>
        <w:t>शाखा प्रबंधक महोदय/महोदया,</w:t>
        <w:br/>
        <w:t>[अपने बैंक का नाम लिखें],</w:t>
        <w:br/>
        <w:t>[शाखा का नाम / शहर]</w:t>
        <w:br/>
        <w:br/>
        <w:t>दिनांक: [तारीख लिखें]</w:t>
        <w:br/>
        <w:br/>
        <w:t>विषय: एटीएम ट्रांजेक्शन फेल होने पर कटी हुई राशि वापस दिलाने हेतु।</w:t>
        <w:br/>
        <w:br/>
        <w:t>महोदय/महोदया,</w:t>
        <w:br/>
        <w:br/>
        <w:t>मेरा आपकी शाखा में एक बचत खाता है, जिसकी खाता संख्या [अपना खाता नंबर लिखें] है।</w:t>
        <w:br/>
        <w:br/>
        <w:t>दिनांक [तारीख] को मैंने [एटीएम बैंक का नाम] के एटीएम से रु. [राशि] निकालने का प्रयास किया था, परंतु मशीन से नकद राशि प्राप्त नहीं हुई, जबकि मेरे खाते से राशि काट ली गई है।</w:t>
        <w:br/>
        <w:br/>
        <w:t>लेन-देन का विवरण:</w:t>
        <w:br/>
        <w:t>तारीख: [तारीख]</w:t>
        <w:br/>
        <w:t>समय: [समय]</w:t>
        <w:br/>
        <w:t>एटीएम कार्ड नंबर: [xxxx-xxxx-xxxx-1234]</w:t>
        <w:br/>
        <w:t>कटी हुई राशि: रु. [राशि]</w:t>
        <w:br/>
        <w:br/>
        <w:t>आरबीआई (RBI) के नियमों के अनुसार, यदि एटीएम ट्रांजेक्शन की राशि T+5 कार्य दिवसों के भीतर वापस नहीं की जाती है, तो बैंक को रु. 100 प्रति दिन की दर से हर्जाना देना होता है।</w:t>
        <w:br/>
        <w:br/>
        <w:t>अतः आपसे निवेदन है कि कृपया इस प्रकरण की जाँच कर शीघ्रातिशीघ्र मेरी कटी हुई राशि मेरे खाते में जमा कराने की कृपा करें तथा नियमानुसार देय हर्जाना भी प्रदान करें।</w:t>
        <w:br/>
        <w:br/>
        <w:t>भवदीय,</w:t>
        <w:br/>
        <w:t>[आपका नाम]</w:t>
        <w:br/>
        <w:t>[मोबाइल नंबर]</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